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CA59E" w14:textId="1F0BE0FE" w:rsidR="00664731" w:rsidRDefault="00000000">
      <w:pPr>
        <w:jc w:val="center"/>
      </w:pPr>
      <w:r>
        <w:rPr>
          <w:b/>
          <w:sz w:val="28"/>
        </w:rPr>
        <w:t xml:space="preserve">KLAUZULA INFORMACYJNA – </w:t>
      </w:r>
      <w:r w:rsidR="00A1772F" w:rsidRPr="00A1772F">
        <w:rPr>
          <w:b/>
          <w:sz w:val="28"/>
        </w:rPr>
        <w:t>PLAŻA MIEJSKA</w:t>
      </w:r>
      <w:r w:rsidR="00A1772F" w:rsidRPr="00A1772F">
        <w:rPr>
          <w:b/>
          <w:sz w:val="28"/>
        </w:rPr>
        <w:t xml:space="preserve"> </w:t>
      </w:r>
      <w:r w:rsidR="00A1772F">
        <w:rPr>
          <w:b/>
          <w:sz w:val="28"/>
        </w:rPr>
        <w:t>/</w:t>
      </w:r>
      <w:r>
        <w:rPr>
          <w:b/>
          <w:sz w:val="28"/>
        </w:rPr>
        <w:t xml:space="preserve">CAMPING I POLE NAMIOTOWE </w:t>
      </w:r>
    </w:p>
    <w:p w14:paraId="6F5A9190" w14:textId="77777777" w:rsidR="00664731" w:rsidRDefault="00000000">
      <w:proofErr w:type="spellStart"/>
      <w:r>
        <w:t>Zgodnie</w:t>
      </w:r>
      <w:proofErr w:type="spellEnd"/>
      <w:r>
        <w:t xml:space="preserve"> z art. 13 </w:t>
      </w:r>
      <w:proofErr w:type="spellStart"/>
      <w:r>
        <w:t>ust</w:t>
      </w:r>
      <w:proofErr w:type="spellEnd"/>
      <w:r>
        <w:t xml:space="preserve">. 1 i 2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Parlamentu</w:t>
      </w:r>
      <w:proofErr w:type="spellEnd"/>
      <w:r>
        <w:t xml:space="preserve"> </w:t>
      </w:r>
      <w:proofErr w:type="spellStart"/>
      <w:r>
        <w:t>Europejskiego</w:t>
      </w:r>
      <w:proofErr w:type="spellEnd"/>
      <w:r>
        <w:t xml:space="preserve"> i Rady (UE) 2016/679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kwietnia</w:t>
      </w:r>
      <w:proofErr w:type="spellEnd"/>
      <w:r>
        <w:t xml:space="preserve"> 2016 r. (RODO) </w:t>
      </w:r>
      <w:proofErr w:type="spellStart"/>
      <w:r>
        <w:t>informujemy</w:t>
      </w:r>
      <w:proofErr w:type="spellEnd"/>
      <w:r>
        <w:t xml:space="preserve">, </w:t>
      </w:r>
      <w:proofErr w:type="spellStart"/>
      <w:r>
        <w:t>że</w:t>
      </w:r>
      <w:proofErr w:type="spellEnd"/>
      <w:r>
        <w:t>:</w:t>
      </w:r>
    </w:p>
    <w:p w14:paraId="008F2233" w14:textId="77777777" w:rsidR="00664731" w:rsidRDefault="00000000">
      <w:r>
        <w:rPr>
          <w:b/>
        </w:rPr>
        <w:t xml:space="preserve">1. Administrator </w:t>
      </w:r>
      <w:proofErr w:type="spellStart"/>
      <w:r>
        <w:rPr>
          <w:b/>
        </w:rPr>
        <w:t>Danych</w:t>
      </w:r>
      <w:proofErr w:type="spellEnd"/>
      <w:r>
        <w:rPr>
          <w:b/>
        </w:rPr>
        <w:t xml:space="preserve"> Osobowych:</w:t>
      </w:r>
      <w:r>
        <w:rPr>
          <w:b/>
        </w:rPr>
        <w:br/>
      </w:r>
      <w:proofErr w:type="spellStart"/>
      <w:r>
        <w:t>Administratorem</w:t>
      </w:r>
      <w:proofErr w:type="spellEnd"/>
      <w:r>
        <w:t xml:space="preserve"> </w:t>
      </w:r>
      <w:proofErr w:type="spellStart"/>
      <w:r>
        <w:t>Państwa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jest Miejski Ośrodek Sportu i Rekreacji w Ełku (MOSiR w Ełku) z </w:t>
      </w:r>
      <w:proofErr w:type="spellStart"/>
      <w:r>
        <w:t>siedzibą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ul. </w:t>
      </w:r>
      <w:proofErr w:type="spellStart"/>
      <w:r>
        <w:t>Marsz</w:t>
      </w:r>
      <w:proofErr w:type="spellEnd"/>
      <w:r>
        <w:t xml:space="preserve">. J. </w:t>
      </w:r>
      <w:proofErr w:type="spellStart"/>
      <w:r>
        <w:t>Piłsudskiego</w:t>
      </w:r>
      <w:proofErr w:type="spellEnd"/>
      <w:r>
        <w:t xml:space="preserve"> 29, 19-300 Ełk, tel. 87 610 38 38, e-mail: mosir@mosir.elk.pl.</w:t>
      </w:r>
    </w:p>
    <w:p w14:paraId="0E1FACC3" w14:textId="77777777" w:rsidR="00664731" w:rsidRDefault="00000000">
      <w:r>
        <w:rPr>
          <w:b/>
        </w:rPr>
        <w:t xml:space="preserve">2. Inspektor </w:t>
      </w:r>
      <w:proofErr w:type="spellStart"/>
      <w:r>
        <w:rPr>
          <w:b/>
        </w:rPr>
        <w:t>Ochrony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Danych</w:t>
      </w:r>
      <w:proofErr w:type="spellEnd"/>
      <w:r>
        <w:rPr>
          <w:b/>
        </w:rPr>
        <w:t xml:space="preserve"> (IOD):</w:t>
      </w:r>
      <w:r>
        <w:rPr>
          <w:b/>
        </w:rPr>
        <w:br/>
      </w:r>
      <w:r>
        <w:t xml:space="preserve">Administrator </w:t>
      </w:r>
      <w:proofErr w:type="spellStart"/>
      <w:r>
        <w:t>wyznaczył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Danych. </w:t>
      </w:r>
      <w:proofErr w:type="spellStart"/>
      <w:r>
        <w:t>Kontakt</w:t>
      </w:r>
      <w:proofErr w:type="spellEnd"/>
      <w:r>
        <w:t xml:space="preserve"> z IOD jest </w:t>
      </w:r>
      <w:proofErr w:type="spellStart"/>
      <w:r>
        <w:t>możliwy</w:t>
      </w:r>
      <w:proofErr w:type="spellEnd"/>
      <w:r>
        <w:t xml:space="preserve"> pod </w:t>
      </w:r>
      <w:proofErr w:type="spellStart"/>
      <w:r>
        <w:t>numerem</w:t>
      </w:r>
      <w:proofErr w:type="spellEnd"/>
      <w:r>
        <w:t xml:space="preserve"> </w:t>
      </w:r>
      <w:proofErr w:type="spellStart"/>
      <w:r>
        <w:t>telefonu</w:t>
      </w:r>
      <w:proofErr w:type="spellEnd"/>
      <w:r>
        <w:t xml:space="preserve">: 87 610 38 38 </w:t>
      </w:r>
      <w:proofErr w:type="spellStart"/>
      <w:r>
        <w:t>wew</w:t>
      </w:r>
      <w:proofErr w:type="spellEnd"/>
      <w:r>
        <w:t xml:space="preserve">. 36 </w:t>
      </w:r>
      <w:proofErr w:type="spellStart"/>
      <w:r>
        <w:t>lub</w:t>
      </w:r>
      <w:proofErr w:type="spellEnd"/>
      <w:r>
        <w:t xml:space="preserve"> </w:t>
      </w:r>
      <w:proofErr w:type="spellStart"/>
      <w:r>
        <w:t>adresem</w:t>
      </w:r>
      <w:proofErr w:type="spellEnd"/>
      <w:r>
        <w:t xml:space="preserve"> e-mail: ochronadanych@mosir.elk.pl.</w:t>
      </w:r>
    </w:p>
    <w:p w14:paraId="70336B16" w14:textId="77777777" w:rsidR="00664731" w:rsidRDefault="00000000">
      <w:r>
        <w:rPr>
          <w:b/>
        </w:rPr>
        <w:t xml:space="preserve">3. Cel i </w:t>
      </w:r>
      <w:proofErr w:type="spellStart"/>
      <w:r>
        <w:rPr>
          <w:b/>
        </w:rPr>
        <w:t>podstawa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prawna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przetwarzania</w:t>
      </w:r>
      <w:proofErr w:type="spellEnd"/>
      <w:r>
        <w:rPr>
          <w:b/>
        </w:rPr>
        <w:t>:</w:t>
      </w:r>
      <w:r>
        <w:rPr>
          <w:b/>
        </w:rPr>
        <w:br/>
      </w:r>
      <w:proofErr w:type="spellStart"/>
      <w:r>
        <w:t>Państwa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(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współprzebywających</w:t>
      </w:r>
      <w:proofErr w:type="spellEnd"/>
      <w:r>
        <w:t xml:space="preserve">) </w:t>
      </w:r>
      <w:proofErr w:type="spellStart"/>
      <w:r>
        <w:t>przetwarzane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w </w:t>
      </w:r>
      <w:proofErr w:type="spellStart"/>
      <w:r>
        <w:t>celu</w:t>
      </w:r>
      <w:proofErr w:type="spellEnd"/>
      <w:r>
        <w:t>:</w:t>
      </w:r>
      <w:r>
        <w:br/>
        <w:t xml:space="preserve">- </w:t>
      </w:r>
      <w:proofErr w:type="spellStart"/>
      <w:r>
        <w:t>rejestracji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świadczenia</w:t>
      </w:r>
      <w:proofErr w:type="spellEnd"/>
      <w:r>
        <w:t xml:space="preserve"> </w:t>
      </w:r>
      <w:proofErr w:type="spellStart"/>
      <w:r>
        <w:t>usług</w:t>
      </w:r>
      <w:proofErr w:type="spellEnd"/>
      <w:r>
        <w:t xml:space="preserve"> w </w:t>
      </w:r>
      <w:proofErr w:type="spellStart"/>
      <w:r>
        <w:t>ramach</w:t>
      </w:r>
      <w:proofErr w:type="spellEnd"/>
      <w:r>
        <w:t xml:space="preserve"> </w:t>
      </w:r>
      <w:proofErr w:type="spellStart"/>
      <w:r>
        <w:t>campingu</w:t>
      </w:r>
      <w:proofErr w:type="spellEnd"/>
      <w:r>
        <w:t xml:space="preserve">,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namiotowego</w:t>
      </w:r>
      <w:proofErr w:type="spellEnd"/>
      <w:r>
        <w:t xml:space="preserve"> i </w:t>
      </w:r>
      <w:proofErr w:type="spellStart"/>
      <w:r>
        <w:t>camperowego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Plaży</w:t>
      </w:r>
      <w:proofErr w:type="spellEnd"/>
      <w:r>
        <w:t xml:space="preserve"> </w:t>
      </w:r>
      <w:proofErr w:type="spellStart"/>
      <w:r>
        <w:t>Miejskiej</w:t>
      </w:r>
      <w:proofErr w:type="spellEnd"/>
      <w:r>
        <w:t xml:space="preserve"> –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art. 6 </w:t>
      </w:r>
      <w:proofErr w:type="spellStart"/>
      <w:r>
        <w:t>ust</w:t>
      </w:r>
      <w:proofErr w:type="spellEnd"/>
      <w:r>
        <w:t>. 1 lit. b RODO (</w:t>
      </w:r>
      <w:proofErr w:type="spellStart"/>
      <w:r>
        <w:t>realizacja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usłudze</w:t>
      </w:r>
      <w:proofErr w:type="spellEnd"/>
      <w:r>
        <w:t xml:space="preserve"> </w:t>
      </w:r>
      <w:proofErr w:type="spellStart"/>
      <w:r>
        <w:t>gastronomiczno-turystycznej</w:t>
      </w:r>
      <w:proofErr w:type="spellEnd"/>
      <w:r>
        <w:t xml:space="preserve"> / </w:t>
      </w:r>
      <w:proofErr w:type="spellStart"/>
      <w:r>
        <w:t>korzystania</w:t>
      </w:r>
      <w:proofErr w:type="spellEnd"/>
      <w:r>
        <w:t xml:space="preserve"> z </w:t>
      </w:r>
      <w:proofErr w:type="spellStart"/>
      <w:r>
        <w:t>obiektu</w:t>
      </w:r>
      <w:proofErr w:type="spellEnd"/>
      <w:r>
        <w:t>),</w:t>
      </w:r>
      <w:r>
        <w:br/>
        <w:t xml:space="preserve">- </w:t>
      </w:r>
      <w:proofErr w:type="spellStart"/>
      <w:r>
        <w:t>rozliczenia</w:t>
      </w:r>
      <w:proofErr w:type="spellEnd"/>
      <w:r>
        <w:t xml:space="preserve"> </w:t>
      </w:r>
      <w:proofErr w:type="spellStart"/>
      <w:r>
        <w:t>finansowo-księgowego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pobrania</w:t>
      </w:r>
      <w:proofErr w:type="spellEnd"/>
      <w:r>
        <w:t xml:space="preserve"> </w:t>
      </w:r>
      <w:proofErr w:type="spellStart"/>
      <w:r>
        <w:t>opłat</w:t>
      </w:r>
      <w:proofErr w:type="spellEnd"/>
      <w:r>
        <w:t xml:space="preserve"> (m.in. </w:t>
      </w:r>
      <w:proofErr w:type="spellStart"/>
      <w:r>
        <w:t>miejscowej</w:t>
      </w:r>
      <w:proofErr w:type="spellEnd"/>
      <w:r>
        <w:t>/</w:t>
      </w:r>
      <w:proofErr w:type="spellStart"/>
      <w:r>
        <w:t>targowej</w:t>
      </w:r>
      <w:proofErr w:type="spellEnd"/>
      <w:r>
        <w:t xml:space="preserve">, 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) –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art. 6 </w:t>
      </w:r>
      <w:proofErr w:type="spellStart"/>
      <w:r>
        <w:t>ust</w:t>
      </w:r>
      <w:proofErr w:type="spellEnd"/>
      <w:r>
        <w:t>. 1 lit. c RODO (</w:t>
      </w:r>
      <w:proofErr w:type="spellStart"/>
      <w:r>
        <w:t>obowiązek</w:t>
      </w:r>
      <w:proofErr w:type="spellEnd"/>
      <w:r>
        <w:t xml:space="preserve"> prawny),</w:t>
      </w:r>
      <w:r>
        <w:br/>
        <w:t xml:space="preserve">- </w:t>
      </w:r>
      <w:proofErr w:type="spellStart"/>
      <w:r>
        <w:t>zapewnienia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 xml:space="preserve"> i </w:t>
      </w:r>
      <w:proofErr w:type="spellStart"/>
      <w:r>
        <w:t>porządku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terenie</w:t>
      </w:r>
      <w:proofErr w:type="spellEnd"/>
      <w:r>
        <w:t xml:space="preserve"> </w:t>
      </w:r>
      <w:proofErr w:type="spellStart"/>
      <w:r>
        <w:t>obiektu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ustalenia</w:t>
      </w:r>
      <w:proofErr w:type="spellEnd"/>
      <w:r>
        <w:t xml:space="preserve">, </w:t>
      </w:r>
      <w:proofErr w:type="spellStart"/>
      <w:r>
        <w:t>dochodzenia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obrony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ewentualnymi</w:t>
      </w:r>
      <w:proofErr w:type="spellEnd"/>
      <w:r>
        <w:t xml:space="preserve"> </w:t>
      </w:r>
      <w:proofErr w:type="spellStart"/>
      <w:r>
        <w:t>roszczeniami</w:t>
      </w:r>
      <w:proofErr w:type="spellEnd"/>
      <w:r>
        <w:t xml:space="preserve"> –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art. 6 </w:t>
      </w:r>
      <w:proofErr w:type="spellStart"/>
      <w:r>
        <w:t>ust</w:t>
      </w:r>
      <w:proofErr w:type="spellEnd"/>
      <w:r>
        <w:t xml:space="preserve">. 1 lit. f RODO (prawnie </w:t>
      </w:r>
      <w:proofErr w:type="spellStart"/>
      <w:r>
        <w:t>uzasadniony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>).</w:t>
      </w:r>
      <w:r>
        <w:br/>
        <w:t xml:space="preserve">Na </w:t>
      </w:r>
      <w:proofErr w:type="spellStart"/>
      <w:r>
        <w:t>terenie</w:t>
      </w:r>
      <w:proofErr w:type="spellEnd"/>
      <w:r>
        <w:t xml:space="preserve"> </w:t>
      </w:r>
      <w:proofErr w:type="spellStart"/>
      <w:r>
        <w:t>obiektu</w:t>
      </w:r>
      <w:proofErr w:type="spellEnd"/>
      <w:r>
        <w:t xml:space="preserve"> </w:t>
      </w:r>
      <w:proofErr w:type="spellStart"/>
      <w:r>
        <w:t>funkcjonuje</w:t>
      </w:r>
      <w:proofErr w:type="spellEnd"/>
      <w:r>
        <w:t xml:space="preserve"> monitoring </w:t>
      </w:r>
      <w:proofErr w:type="spellStart"/>
      <w:r>
        <w:t>wizyjny</w:t>
      </w:r>
      <w:proofErr w:type="spellEnd"/>
      <w:r>
        <w:t xml:space="preserve">. </w:t>
      </w:r>
      <w:proofErr w:type="spellStart"/>
      <w:r>
        <w:t>Szczegółowe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funkcjonowania</w:t>
      </w:r>
      <w:proofErr w:type="spellEnd"/>
      <w:r>
        <w:t xml:space="preserve"> </w:t>
      </w:r>
      <w:proofErr w:type="spellStart"/>
      <w:r>
        <w:t>określa</w:t>
      </w:r>
      <w:proofErr w:type="spellEnd"/>
      <w:r>
        <w:t xml:space="preserve"> </w:t>
      </w:r>
      <w:proofErr w:type="spellStart"/>
      <w:r>
        <w:t>Regulamin</w:t>
      </w:r>
      <w:proofErr w:type="spellEnd"/>
      <w:r>
        <w:t xml:space="preserve"> </w:t>
      </w:r>
      <w:proofErr w:type="spellStart"/>
      <w:r>
        <w:t>monitoringu</w:t>
      </w:r>
      <w:proofErr w:type="spellEnd"/>
      <w:r>
        <w:t xml:space="preserve"> </w:t>
      </w:r>
      <w:proofErr w:type="spellStart"/>
      <w:r>
        <w:t>wizyjnego</w:t>
      </w:r>
      <w:proofErr w:type="spellEnd"/>
      <w:r>
        <w:t xml:space="preserve"> </w:t>
      </w:r>
      <w:proofErr w:type="spellStart"/>
      <w:r>
        <w:t>opublikowany</w:t>
      </w:r>
      <w:proofErr w:type="spellEnd"/>
      <w:r>
        <w:t xml:space="preserve"> w BIP.</w:t>
      </w:r>
    </w:p>
    <w:p w14:paraId="7FA023CF" w14:textId="77777777" w:rsidR="00664731" w:rsidRDefault="00000000">
      <w:r>
        <w:rPr>
          <w:b/>
        </w:rPr>
        <w:t xml:space="preserve">4. </w:t>
      </w:r>
      <w:proofErr w:type="spellStart"/>
      <w:r>
        <w:rPr>
          <w:b/>
        </w:rPr>
        <w:t>Odbiorcy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danych</w:t>
      </w:r>
      <w:proofErr w:type="spellEnd"/>
      <w:r>
        <w:rPr>
          <w:b/>
        </w:rPr>
        <w:t>:</w:t>
      </w:r>
      <w:r>
        <w:rPr>
          <w:b/>
        </w:rPr>
        <w:br/>
      </w:r>
      <w:proofErr w:type="spellStart"/>
      <w:r>
        <w:t>Państwa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udostępniane</w:t>
      </w:r>
      <w:proofErr w:type="spellEnd"/>
      <w:r>
        <w:t xml:space="preserve"> </w:t>
      </w:r>
      <w:proofErr w:type="spellStart"/>
      <w:r>
        <w:t>podmiotom</w:t>
      </w:r>
      <w:proofErr w:type="spellEnd"/>
      <w:r>
        <w:t xml:space="preserve"> </w:t>
      </w:r>
      <w:proofErr w:type="spellStart"/>
      <w:r>
        <w:t>uprawnionym</w:t>
      </w:r>
      <w:proofErr w:type="spellEnd"/>
      <w:r>
        <w:t xml:space="preserve"> do ich </w:t>
      </w:r>
      <w:proofErr w:type="spellStart"/>
      <w:r>
        <w:t>uzyskania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przepisów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(np.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ścigania</w:t>
      </w:r>
      <w:proofErr w:type="spellEnd"/>
      <w:r>
        <w:t xml:space="preserve">)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podmiotom</w:t>
      </w:r>
      <w:proofErr w:type="spellEnd"/>
      <w:r>
        <w:t xml:space="preserve"> </w:t>
      </w:r>
      <w:proofErr w:type="spellStart"/>
      <w:r>
        <w:t>wspierającym</w:t>
      </w:r>
      <w:proofErr w:type="spellEnd"/>
      <w:r>
        <w:t xml:space="preserve"> </w:t>
      </w:r>
      <w:proofErr w:type="spellStart"/>
      <w:r>
        <w:t>obsługę</w:t>
      </w:r>
      <w:proofErr w:type="spellEnd"/>
      <w:r>
        <w:t xml:space="preserve"> </w:t>
      </w:r>
      <w:proofErr w:type="spellStart"/>
      <w:r>
        <w:t>techniczną</w:t>
      </w:r>
      <w:proofErr w:type="spellEnd"/>
      <w:r>
        <w:t xml:space="preserve">, IT i </w:t>
      </w:r>
      <w:proofErr w:type="spellStart"/>
      <w:r>
        <w:t>ochronę</w:t>
      </w:r>
      <w:proofErr w:type="spellEnd"/>
      <w:r>
        <w:t xml:space="preserve"> </w:t>
      </w:r>
      <w:proofErr w:type="spellStart"/>
      <w:r>
        <w:t>obiektu</w:t>
      </w:r>
      <w:proofErr w:type="spellEnd"/>
      <w:r>
        <w:t>.</w:t>
      </w:r>
    </w:p>
    <w:p w14:paraId="3D8ACBB0" w14:textId="77777777" w:rsidR="00664731" w:rsidRDefault="00000000">
      <w:r>
        <w:rPr>
          <w:b/>
        </w:rPr>
        <w:t xml:space="preserve">5. </w:t>
      </w:r>
      <w:proofErr w:type="spellStart"/>
      <w:r>
        <w:rPr>
          <w:b/>
        </w:rPr>
        <w:t>Okres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przechowywania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danych</w:t>
      </w:r>
      <w:proofErr w:type="spellEnd"/>
      <w:r>
        <w:rPr>
          <w:b/>
        </w:rPr>
        <w:t>:</w:t>
      </w:r>
      <w:r>
        <w:rPr>
          <w:b/>
        </w:rPr>
        <w:br/>
      </w:r>
      <w:r>
        <w:t xml:space="preserve">Dane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przechowywane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trwania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czas</w:t>
      </w:r>
      <w:proofErr w:type="spellEnd"/>
      <w:r>
        <w:t xml:space="preserve"> </w:t>
      </w:r>
      <w:proofErr w:type="spellStart"/>
      <w:r>
        <w:t>niezbędny</w:t>
      </w:r>
      <w:proofErr w:type="spellEnd"/>
      <w:r>
        <w:t xml:space="preserve"> do </w:t>
      </w:r>
      <w:proofErr w:type="spellStart"/>
      <w:r>
        <w:t>rozliczenia</w:t>
      </w:r>
      <w:proofErr w:type="spellEnd"/>
      <w:r>
        <w:t xml:space="preserve"> </w:t>
      </w:r>
      <w:proofErr w:type="spellStart"/>
      <w:r>
        <w:t>usług</w:t>
      </w:r>
      <w:proofErr w:type="spellEnd"/>
      <w:r>
        <w:t xml:space="preserve">, a po </w:t>
      </w:r>
      <w:proofErr w:type="spellStart"/>
      <w:r>
        <w:t>tym</w:t>
      </w:r>
      <w:proofErr w:type="spellEnd"/>
      <w:r>
        <w:t xml:space="preserve"> </w:t>
      </w:r>
      <w:proofErr w:type="spellStart"/>
      <w:r>
        <w:t>czasie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wynikający</w:t>
      </w:r>
      <w:proofErr w:type="spellEnd"/>
      <w:r>
        <w:t xml:space="preserve"> z </w:t>
      </w:r>
      <w:proofErr w:type="spellStart"/>
      <w:r>
        <w:t>przepisów</w:t>
      </w:r>
      <w:proofErr w:type="spellEnd"/>
      <w:r>
        <w:t xml:space="preserve"> </w:t>
      </w:r>
      <w:proofErr w:type="spellStart"/>
      <w:r>
        <w:t>podatkowo-księgowych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przedawnienia</w:t>
      </w:r>
      <w:proofErr w:type="spellEnd"/>
      <w:r>
        <w:t xml:space="preserve"> </w:t>
      </w:r>
      <w:proofErr w:type="spellStart"/>
      <w:r>
        <w:t>roszczeń</w:t>
      </w:r>
      <w:proofErr w:type="spellEnd"/>
      <w:r>
        <w:t>.</w:t>
      </w:r>
    </w:p>
    <w:p w14:paraId="10B4F2C9" w14:textId="77777777" w:rsidR="00664731" w:rsidRDefault="00000000">
      <w:r>
        <w:rPr>
          <w:b/>
        </w:rPr>
        <w:t xml:space="preserve">6. Prawa </w:t>
      </w:r>
      <w:proofErr w:type="spellStart"/>
      <w:r>
        <w:rPr>
          <w:b/>
        </w:rPr>
        <w:t>osób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których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dotyczą</w:t>
      </w:r>
      <w:proofErr w:type="spellEnd"/>
      <w:r>
        <w:rPr>
          <w:b/>
        </w:rPr>
        <w:t>:</w:t>
      </w:r>
      <w:r>
        <w:rPr>
          <w:b/>
        </w:rPr>
        <w:br/>
      </w:r>
      <w:proofErr w:type="spellStart"/>
      <w:r>
        <w:t>Przysługuje</w:t>
      </w:r>
      <w:proofErr w:type="spellEnd"/>
      <w:r>
        <w:t xml:space="preserve"> </w:t>
      </w:r>
      <w:proofErr w:type="spellStart"/>
      <w:r>
        <w:t>Państwu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dostępu</w:t>
      </w:r>
      <w:proofErr w:type="spellEnd"/>
      <w:r>
        <w:t xml:space="preserve"> do </w:t>
      </w:r>
      <w:proofErr w:type="spellStart"/>
      <w:r>
        <w:t>swoich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, </w:t>
      </w:r>
      <w:proofErr w:type="spellStart"/>
      <w:r>
        <w:t>sprostowania</w:t>
      </w:r>
      <w:proofErr w:type="spellEnd"/>
      <w:r>
        <w:t xml:space="preserve">, </w:t>
      </w:r>
      <w:proofErr w:type="spellStart"/>
      <w:r>
        <w:t>usunięcia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ograniczenia</w:t>
      </w:r>
      <w:proofErr w:type="spellEnd"/>
      <w:r>
        <w:t xml:space="preserve"> ich </w:t>
      </w:r>
      <w:proofErr w:type="spellStart"/>
      <w:r>
        <w:t>przetwarzania</w:t>
      </w:r>
      <w:proofErr w:type="spellEnd"/>
      <w:r>
        <w:t xml:space="preserve">, a </w:t>
      </w:r>
      <w:proofErr w:type="spellStart"/>
      <w:r>
        <w:t>także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wniesienia</w:t>
      </w:r>
      <w:proofErr w:type="spellEnd"/>
      <w:r>
        <w:t xml:space="preserve"> </w:t>
      </w:r>
      <w:proofErr w:type="spellStart"/>
      <w:r>
        <w:t>sprzeciwu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>.</w:t>
      </w:r>
    </w:p>
    <w:p w14:paraId="08D2C651" w14:textId="77777777" w:rsidR="00664731" w:rsidRDefault="00000000">
      <w:r>
        <w:rPr>
          <w:b/>
        </w:rPr>
        <w:lastRenderedPageBreak/>
        <w:t xml:space="preserve">7. </w:t>
      </w:r>
      <w:proofErr w:type="spellStart"/>
      <w:r>
        <w:rPr>
          <w:b/>
        </w:rPr>
        <w:t>Prawo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skargi</w:t>
      </w:r>
      <w:proofErr w:type="spellEnd"/>
      <w:r>
        <w:rPr>
          <w:b/>
        </w:rPr>
        <w:t>:</w:t>
      </w:r>
      <w:r>
        <w:rPr>
          <w:b/>
        </w:rPr>
        <w:br/>
      </w:r>
      <w:proofErr w:type="spellStart"/>
      <w:r>
        <w:t>Przysługuje</w:t>
      </w:r>
      <w:proofErr w:type="spellEnd"/>
      <w:r>
        <w:t xml:space="preserve"> </w:t>
      </w:r>
      <w:proofErr w:type="spellStart"/>
      <w:r>
        <w:t>Państwu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wniesienia</w:t>
      </w:r>
      <w:proofErr w:type="spellEnd"/>
      <w:r>
        <w:t xml:space="preserve"> </w:t>
      </w:r>
      <w:proofErr w:type="spellStart"/>
      <w:r>
        <w:t>skargi</w:t>
      </w:r>
      <w:proofErr w:type="spellEnd"/>
      <w:r>
        <w:t xml:space="preserve"> do </w:t>
      </w:r>
      <w:proofErr w:type="spellStart"/>
      <w:r>
        <w:t>Prezesa</w:t>
      </w:r>
      <w:proofErr w:type="spellEnd"/>
      <w:r>
        <w:t xml:space="preserve"> </w:t>
      </w:r>
      <w:proofErr w:type="spellStart"/>
      <w:r>
        <w:t>Urzędu</w:t>
      </w:r>
      <w:proofErr w:type="spellEnd"/>
      <w:r>
        <w:t xml:space="preserve"> Ochrony Danych </w:t>
      </w:r>
      <w:proofErr w:type="spellStart"/>
      <w:r>
        <w:t>Osobowych</w:t>
      </w:r>
      <w:proofErr w:type="spellEnd"/>
      <w:r>
        <w:t xml:space="preserve"> (ul. </w:t>
      </w:r>
      <w:proofErr w:type="spellStart"/>
      <w:r>
        <w:t>Stawki</w:t>
      </w:r>
      <w:proofErr w:type="spellEnd"/>
      <w:r>
        <w:t xml:space="preserve"> 2, 00-193 Warszawa),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uznają</w:t>
      </w:r>
      <w:proofErr w:type="spellEnd"/>
      <w:r>
        <w:t xml:space="preserve"> </w:t>
      </w:r>
      <w:proofErr w:type="spellStart"/>
      <w:r>
        <w:t>Państwo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przetwarzanie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narusza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prawa</w:t>
      </w:r>
      <w:proofErr w:type="spellEnd"/>
      <w:r>
        <w:t>.</w:t>
      </w:r>
    </w:p>
    <w:p w14:paraId="190EB4DF" w14:textId="77777777" w:rsidR="00664731" w:rsidRDefault="00000000">
      <w:proofErr w:type="spellStart"/>
      <w:r>
        <w:rPr>
          <w:b/>
        </w:rPr>
        <w:t>Informacja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wymogu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podania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danych</w:t>
      </w:r>
      <w:proofErr w:type="spellEnd"/>
      <w:r>
        <w:rPr>
          <w:b/>
        </w:rPr>
        <w:t>:</w:t>
      </w:r>
      <w:r>
        <w:rPr>
          <w:b/>
        </w:rPr>
        <w:br/>
      </w:r>
      <w:proofErr w:type="spellStart"/>
      <w:r>
        <w:t>Podanie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jest </w:t>
      </w:r>
      <w:proofErr w:type="spellStart"/>
      <w:r>
        <w:t>dobrowolne</w:t>
      </w:r>
      <w:proofErr w:type="spellEnd"/>
      <w:r>
        <w:t xml:space="preserve">, ale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warunek</w:t>
      </w:r>
      <w:proofErr w:type="spellEnd"/>
      <w:r>
        <w:t xml:space="preserve"> </w:t>
      </w:r>
      <w:proofErr w:type="spellStart"/>
      <w:r>
        <w:t>konieczny</w:t>
      </w:r>
      <w:proofErr w:type="spellEnd"/>
      <w:r>
        <w:t xml:space="preserve"> do </w:t>
      </w:r>
      <w:proofErr w:type="spellStart"/>
      <w:r>
        <w:t>zameldowania</w:t>
      </w:r>
      <w:proofErr w:type="spellEnd"/>
      <w:r>
        <w:t xml:space="preserve"> i </w:t>
      </w:r>
      <w:proofErr w:type="spellStart"/>
      <w:r>
        <w:t>korzystania</w:t>
      </w:r>
      <w:proofErr w:type="spellEnd"/>
      <w:r>
        <w:t xml:space="preserve"> z </w:t>
      </w:r>
      <w:proofErr w:type="spellStart"/>
      <w:r>
        <w:t>campingu</w:t>
      </w:r>
      <w:proofErr w:type="spellEnd"/>
      <w:r>
        <w:t xml:space="preserve">,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namiotowego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camperowego</w:t>
      </w:r>
      <w:proofErr w:type="spellEnd"/>
      <w:r>
        <w:t>.</w:t>
      </w:r>
    </w:p>
    <w:sectPr w:rsidR="0066473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5709576">
    <w:abstractNumId w:val="8"/>
  </w:num>
  <w:num w:numId="2" w16cid:durableId="1207714120">
    <w:abstractNumId w:val="6"/>
  </w:num>
  <w:num w:numId="3" w16cid:durableId="1036856435">
    <w:abstractNumId w:val="5"/>
  </w:num>
  <w:num w:numId="4" w16cid:durableId="1648975913">
    <w:abstractNumId w:val="4"/>
  </w:num>
  <w:num w:numId="5" w16cid:durableId="1309361287">
    <w:abstractNumId w:val="7"/>
  </w:num>
  <w:num w:numId="6" w16cid:durableId="1983731809">
    <w:abstractNumId w:val="3"/>
  </w:num>
  <w:num w:numId="7" w16cid:durableId="9457750">
    <w:abstractNumId w:val="2"/>
  </w:num>
  <w:num w:numId="8" w16cid:durableId="1882282056">
    <w:abstractNumId w:val="1"/>
  </w:num>
  <w:num w:numId="9" w16cid:durableId="1595826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F8B"/>
    <w:rsid w:val="0015074B"/>
    <w:rsid w:val="0029639D"/>
    <w:rsid w:val="00326F90"/>
    <w:rsid w:val="005B63FC"/>
    <w:rsid w:val="006000FE"/>
    <w:rsid w:val="00664731"/>
    <w:rsid w:val="00A1772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7F753"/>
  <w14:defaultImageDpi w14:val="300"/>
  <w15:docId w15:val="{26B55A5A-2279-41D3-9D8D-7ABE501D2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Miejski Ośrodek Sportu i Rekreacji w Ełku</cp:lastModifiedBy>
  <cp:revision>5</cp:revision>
  <dcterms:created xsi:type="dcterms:W3CDTF">2013-12-23T23:15:00Z</dcterms:created>
  <dcterms:modified xsi:type="dcterms:W3CDTF">2026-10-07T07:56:00Z</dcterms:modified>
  <cp:category/>
</cp:coreProperties>
</file>